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E6693D" w14:textId="77777777" w:rsidR="00D04420" w:rsidRDefault="00000000" w:rsidP="00E12C24">
      <w:pPr>
        <w:spacing w:before="100" w:beforeAutospacing="1" w:after="0" w:line="60" w:lineRule="auto"/>
        <w:contextualSpacing/>
        <w:jc w:val="center"/>
      </w:pPr>
      <w:r>
        <w:rPr>
          <w:b/>
          <w:color w:val="AF9254"/>
          <w:sz w:val="30"/>
        </w:rPr>
        <w:t>MARCHÉ D’ART DE NOËL PARIS 2026</w:t>
      </w:r>
    </w:p>
    <w:p w14:paraId="2A98E8B7" w14:textId="36CCCD22" w:rsidR="009E7B86" w:rsidRDefault="00000000" w:rsidP="00E12C24">
      <w:pPr>
        <w:spacing w:before="100" w:beforeAutospacing="1" w:after="0" w:line="60" w:lineRule="auto"/>
        <w:contextualSpacing/>
        <w:jc w:val="center"/>
      </w:pPr>
      <w:r>
        <w:rPr>
          <w:b/>
          <w:sz w:val="26"/>
        </w:rPr>
        <w:t>FORMULAIRE D’INSCRIPTION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91"/>
        <w:gridCol w:w="6690"/>
      </w:tblGrid>
      <w:tr w:rsidR="009E7B86" w14:paraId="763F4883" w14:textId="77777777">
        <w:trPr>
          <w:trHeight w:val="351"/>
          <w:jc w:val="center"/>
        </w:trPr>
        <w:tc>
          <w:tcPr>
            <w:tcW w:w="2891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shd w:val="clear" w:color="auto" w:fill="F2F2F2"/>
            <w:tcMar>
              <w:top w:w="5" w:type="dxa"/>
              <w:left w:w="40" w:type="dxa"/>
              <w:bottom w:w="5" w:type="dxa"/>
              <w:right w:w="40" w:type="dxa"/>
            </w:tcMar>
          </w:tcPr>
          <w:p w14:paraId="47247D03" w14:textId="77777777" w:rsidR="009E7B86" w:rsidRPr="00E12C24" w:rsidRDefault="00000000" w:rsidP="00E12C24">
            <w:pPr>
              <w:spacing w:after="0" w:line="240" w:lineRule="auto"/>
              <w:rPr>
                <w:sz w:val="22"/>
              </w:rPr>
            </w:pPr>
            <w:r w:rsidRPr="00E12C24">
              <w:rPr>
                <w:b/>
                <w:sz w:val="22"/>
              </w:rPr>
              <w:t>1. Nom d’artiste</w:t>
            </w:r>
          </w:p>
        </w:tc>
        <w:tc>
          <w:tcPr>
            <w:tcW w:w="6690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tcMar>
              <w:top w:w="5" w:type="dxa"/>
              <w:left w:w="40" w:type="dxa"/>
              <w:bottom w:w="5" w:type="dxa"/>
              <w:right w:w="40" w:type="dxa"/>
            </w:tcMar>
          </w:tcPr>
          <w:p w14:paraId="3F728A89" w14:textId="77777777" w:rsidR="009E7B86" w:rsidRDefault="009E7B86" w:rsidP="00E12C24">
            <w:pPr>
              <w:spacing w:after="0" w:line="240" w:lineRule="auto"/>
              <w:rPr>
                <w:sz w:val="22"/>
                <w:lang w:eastAsia="ja-JP"/>
              </w:rPr>
            </w:pPr>
          </w:p>
          <w:p w14:paraId="43B9AF7B" w14:textId="77777777" w:rsidR="00E12C24" w:rsidRDefault="00E12C24" w:rsidP="00E12C24">
            <w:pPr>
              <w:spacing w:after="0" w:line="240" w:lineRule="auto"/>
              <w:rPr>
                <w:sz w:val="22"/>
                <w:lang w:eastAsia="ja-JP"/>
              </w:rPr>
            </w:pPr>
          </w:p>
          <w:p w14:paraId="5DDCAF55" w14:textId="331E4888" w:rsidR="00E12C24" w:rsidRPr="00E12C24" w:rsidRDefault="00E12C24" w:rsidP="00E12C24">
            <w:pPr>
              <w:spacing w:after="0" w:line="240" w:lineRule="auto"/>
              <w:rPr>
                <w:sz w:val="22"/>
                <w:lang w:eastAsia="ja-JP"/>
              </w:rPr>
            </w:pPr>
          </w:p>
        </w:tc>
      </w:tr>
      <w:tr w:rsidR="009E7B86" w14:paraId="4C306F7A" w14:textId="77777777">
        <w:trPr>
          <w:trHeight w:val="709"/>
          <w:jc w:val="center"/>
        </w:trPr>
        <w:tc>
          <w:tcPr>
            <w:tcW w:w="2891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shd w:val="clear" w:color="auto" w:fill="F2F2F2"/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74CDB45C" w14:textId="77777777" w:rsidR="009E7B86" w:rsidRPr="00E12C24" w:rsidRDefault="00000000" w:rsidP="00E12C24">
            <w:pPr>
              <w:spacing w:after="0" w:line="240" w:lineRule="auto"/>
              <w:rPr>
                <w:sz w:val="22"/>
              </w:rPr>
            </w:pPr>
            <w:r w:rsidRPr="00E12C24">
              <w:rPr>
                <w:b/>
                <w:sz w:val="22"/>
              </w:rPr>
              <w:t>2. Adresse</w:t>
            </w:r>
          </w:p>
        </w:tc>
        <w:tc>
          <w:tcPr>
            <w:tcW w:w="6690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772DA1C9" w14:textId="77777777" w:rsidR="009E7B86" w:rsidRDefault="009E7B86" w:rsidP="00E12C24">
            <w:pPr>
              <w:spacing w:after="0" w:line="240" w:lineRule="auto"/>
              <w:rPr>
                <w:sz w:val="22"/>
                <w:lang w:eastAsia="ja-JP"/>
              </w:rPr>
            </w:pPr>
          </w:p>
          <w:p w14:paraId="42CA9FB7" w14:textId="77777777" w:rsidR="00E12C24" w:rsidRDefault="00E12C24" w:rsidP="00E12C24">
            <w:pPr>
              <w:spacing w:after="0" w:line="240" w:lineRule="auto"/>
              <w:rPr>
                <w:sz w:val="22"/>
                <w:lang w:eastAsia="ja-JP"/>
              </w:rPr>
            </w:pPr>
          </w:p>
          <w:p w14:paraId="128D277C" w14:textId="2BD152D6" w:rsidR="00E12C24" w:rsidRPr="00E12C24" w:rsidRDefault="00E12C24" w:rsidP="00E12C24">
            <w:pPr>
              <w:spacing w:after="0" w:line="240" w:lineRule="auto"/>
              <w:rPr>
                <w:sz w:val="22"/>
                <w:lang w:eastAsia="ja-JP"/>
              </w:rPr>
            </w:pPr>
          </w:p>
        </w:tc>
      </w:tr>
      <w:tr w:rsidR="009E7B86" w14:paraId="7AB94257" w14:textId="77777777">
        <w:trPr>
          <w:trHeight w:val="351"/>
          <w:jc w:val="center"/>
        </w:trPr>
        <w:tc>
          <w:tcPr>
            <w:tcW w:w="2891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shd w:val="clear" w:color="auto" w:fill="F2F2F2"/>
            <w:tcMar>
              <w:top w:w="5" w:type="dxa"/>
              <w:left w:w="40" w:type="dxa"/>
              <w:bottom w:w="5" w:type="dxa"/>
              <w:right w:w="40" w:type="dxa"/>
            </w:tcMar>
          </w:tcPr>
          <w:p w14:paraId="79317455" w14:textId="77777777" w:rsidR="009E7B86" w:rsidRPr="00E12C24" w:rsidRDefault="00000000" w:rsidP="00E12C24">
            <w:pPr>
              <w:spacing w:after="0" w:line="240" w:lineRule="atLeast"/>
              <w:rPr>
                <w:sz w:val="22"/>
              </w:rPr>
            </w:pPr>
            <w:r w:rsidRPr="00E12C24">
              <w:rPr>
                <w:b/>
                <w:sz w:val="22"/>
              </w:rPr>
              <w:t>3. Pays</w:t>
            </w:r>
          </w:p>
        </w:tc>
        <w:tc>
          <w:tcPr>
            <w:tcW w:w="6690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tcMar>
              <w:top w:w="5" w:type="dxa"/>
              <w:left w:w="40" w:type="dxa"/>
              <w:bottom w:w="5" w:type="dxa"/>
              <w:right w:w="40" w:type="dxa"/>
            </w:tcMar>
          </w:tcPr>
          <w:p w14:paraId="7948D8FC" w14:textId="1863B5E2" w:rsidR="009E7B86" w:rsidRPr="00E12C24" w:rsidRDefault="009E7B86" w:rsidP="00E12C24">
            <w:pPr>
              <w:spacing w:after="0" w:line="240" w:lineRule="atLeast"/>
              <w:rPr>
                <w:sz w:val="22"/>
              </w:rPr>
            </w:pPr>
          </w:p>
        </w:tc>
      </w:tr>
      <w:tr w:rsidR="009E7B86" w14:paraId="423E41F5" w14:textId="77777777">
        <w:trPr>
          <w:trHeight w:val="351"/>
          <w:jc w:val="center"/>
        </w:trPr>
        <w:tc>
          <w:tcPr>
            <w:tcW w:w="2891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shd w:val="clear" w:color="auto" w:fill="F2F2F2"/>
            <w:tcMar>
              <w:top w:w="5" w:type="dxa"/>
              <w:left w:w="40" w:type="dxa"/>
              <w:bottom w:w="5" w:type="dxa"/>
              <w:right w:w="40" w:type="dxa"/>
            </w:tcMar>
          </w:tcPr>
          <w:p w14:paraId="3032FB1E" w14:textId="77777777" w:rsidR="009E7B86" w:rsidRPr="00E12C24" w:rsidRDefault="00000000" w:rsidP="00E12C24">
            <w:pPr>
              <w:spacing w:after="0" w:line="240" w:lineRule="atLeast"/>
              <w:rPr>
                <w:sz w:val="22"/>
              </w:rPr>
            </w:pPr>
            <w:r w:rsidRPr="00E12C24">
              <w:rPr>
                <w:b/>
                <w:sz w:val="22"/>
              </w:rPr>
              <w:t>4. Numéro de téléphone</w:t>
            </w:r>
          </w:p>
        </w:tc>
        <w:tc>
          <w:tcPr>
            <w:tcW w:w="6690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tcMar>
              <w:top w:w="5" w:type="dxa"/>
              <w:left w:w="40" w:type="dxa"/>
              <w:bottom w:w="5" w:type="dxa"/>
              <w:right w:w="40" w:type="dxa"/>
            </w:tcMar>
          </w:tcPr>
          <w:p w14:paraId="2ED87CF3" w14:textId="44456649" w:rsidR="009E7B86" w:rsidRPr="00E12C24" w:rsidRDefault="009E7B86" w:rsidP="00E12C24">
            <w:pPr>
              <w:spacing w:after="0" w:line="240" w:lineRule="atLeast"/>
              <w:rPr>
                <w:sz w:val="22"/>
              </w:rPr>
            </w:pPr>
          </w:p>
        </w:tc>
      </w:tr>
      <w:tr w:rsidR="009E7B86" w14:paraId="515F05DD" w14:textId="77777777">
        <w:trPr>
          <w:trHeight w:val="351"/>
          <w:jc w:val="center"/>
        </w:trPr>
        <w:tc>
          <w:tcPr>
            <w:tcW w:w="2891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shd w:val="clear" w:color="auto" w:fill="F2F2F2"/>
            <w:tcMar>
              <w:top w:w="5" w:type="dxa"/>
              <w:left w:w="40" w:type="dxa"/>
              <w:bottom w:w="5" w:type="dxa"/>
              <w:right w:w="40" w:type="dxa"/>
            </w:tcMar>
          </w:tcPr>
          <w:p w14:paraId="69751903" w14:textId="77777777" w:rsidR="009E7B86" w:rsidRPr="00E12C24" w:rsidRDefault="00000000" w:rsidP="00E12C24">
            <w:pPr>
              <w:spacing w:after="0" w:line="240" w:lineRule="atLeast"/>
              <w:rPr>
                <w:sz w:val="22"/>
              </w:rPr>
            </w:pPr>
            <w:r w:rsidRPr="00E12C24">
              <w:rPr>
                <w:b/>
                <w:sz w:val="22"/>
              </w:rPr>
              <w:t>5. E-mail</w:t>
            </w:r>
          </w:p>
        </w:tc>
        <w:tc>
          <w:tcPr>
            <w:tcW w:w="6690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tcMar>
              <w:top w:w="5" w:type="dxa"/>
              <w:left w:w="40" w:type="dxa"/>
              <w:bottom w:w="5" w:type="dxa"/>
              <w:right w:w="40" w:type="dxa"/>
            </w:tcMar>
          </w:tcPr>
          <w:p w14:paraId="4C4D6D18" w14:textId="7BDB43E9" w:rsidR="009E7B86" w:rsidRPr="00E12C24" w:rsidRDefault="009E7B86" w:rsidP="00E12C24">
            <w:pPr>
              <w:spacing w:after="0" w:line="240" w:lineRule="atLeast"/>
              <w:rPr>
                <w:sz w:val="22"/>
              </w:rPr>
            </w:pPr>
          </w:p>
        </w:tc>
      </w:tr>
      <w:tr w:rsidR="009E7B86" w14:paraId="6E455DFB" w14:textId="77777777">
        <w:trPr>
          <w:trHeight w:val="709"/>
          <w:jc w:val="center"/>
        </w:trPr>
        <w:tc>
          <w:tcPr>
            <w:tcW w:w="2891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shd w:val="clear" w:color="auto" w:fill="F2F2F2"/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4570C873" w14:textId="77777777" w:rsidR="009E7B86" w:rsidRPr="00E12C24" w:rsidRDefault="00000000" w:rsidP="00E12C24">
            <w:pPr>
              <w:spacing w:after="0" w:line="240" w:lineRule="atLeast"/>
              <w:rPr>
                <w:sz w:val="22"/>
              </w:rPr>
            </w:pPr>
            <w:r w:rsidRPr="00E12C24">
              <w:rPr>
                <w:b/>
                <w:sz w:val="22"/>
              </w:rPr>
              <w:t>6. Discipline artistique</w:t>
            </w:r>
          </w:p>
        </w:tc>
        <w:tc>
          <w:tcPr>
            <w:tcW w:w="6690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6B515633" w14:textId="77777777" w:rsidR="009E7B86" w:rsidRDefault="009E7B86" w:rsidP="00E12C24">
            <w:pPr>
              <w:spacing w:after="0" w:line="240" w:lineRule="atLeast"/>
              <w:rPr>
                <w:sz w:val="22"/>
                <w:lang w:eastAsia="ja-JP"/>
              </w:rPr>
            </w:pPr>
          </w:p>
          <w:p w14:paraId="1B64CE4D" w14:textId="77777777" w:rsidR="00E12C24" w:rsidRDefault="00E12C24" w:rsidP="00E12C24">
            <w:pPr>
              <w:spacing w:after="0" w:line="240" w:lineRule="atLeast"/>
              <w:rPr>
                <w:sz w:val="22"/>
                <w:lang w:eastAsia="ja-JP"/>
              </w:rPr>
            </w:pPr>
          </w:p>
          <w:p w14:paraId="12C6C377" w14:textId="68FC7052" w:rsidR="00E12C24" w:rsidRPr="00E12C24" w:rsidRDefault="00E12C24" w:rsidP="00E12C24">
            <w:pPr>
              <w:spacing w:after="0" w:line="240" w:lineRule="atLeast"/>
              <w:rPr>
                <w:sz w:val="22"/>
                <w:lang w:eastAsia="ja-JP"/>
              </w:rPr>
            </w:pPr>
          </w:p>
        </w:tc>
      </w:tr>
      <w:tr w:rsidR="009E7B86" w14:paraId="75BD9632" w14:textId="77777777">
        <w:trPr>
          <w:trHeight w:val="113"/>
          <w:jc w:val="center"/>
        </w:trPr>
        <w:tc>
          <w:tcPr>
            <w:tcW w:w="2891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335766" w14:textId="77777777" w:rsidR="009E7B86" w:rsidRPr="00E12C24" w:rsidRDefault="00000000" w:rsidP="00E12C24">
            <w:pPr>
              <w:spacing w:after="0" w:line="240" w:lineRule="atLeast"/>
              <w:rPr>
                <w:sz w:val="22"/>
              </w:rPr>
            </w:pPr>
            <w:r w:rsidRPr="00E12C24">
              <w:rPr>
                <w:b/>
                <w:sz w:val="22"/>
              </w:rPr>
              <w:t>7. Contenu de l’exposition et tarif choisi</w:t>
            </w:r>
          </w:p>
        </w:tc>
        <w:tc>
          <w:tcPr>
            <w:tcW w:w="6690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A42D6B" w14:textId="77777777" w:rsidR="009E7B86" w:rsidRPr="00E12C24" w:rsidRDefault="00000000" w:rsidP="00E12C24">
            <w:pPr>
              <w:spacing w:after="0" w:line="240" w:lineRule="atLeast"/>
              <w:contextualSpacing/>
              <w:rPr>
                <w:sz w:val="21"/>
                <w:szCs w:val="21"/>
              </w:rPr>
            </w:pPr>
            <w:r w:rsidRPr="00E12C24">
              <w:rPr>
                <w:rFonts w:ascii="Arial Unicode MS" w:hAnsi="Arial Unicode MS"/>
                <w:b/>
                <w:sz w:val="21"/>
                <w:szCs w:val="21"/>
              </w:rPr>
              <w:t>☐</w:t>
            </w:r>
            <w:r w:rsidRPr="00E12C24">
              <w:rPr>
                <w:sz w:val="21"/>
                <w:szCs w:val="21"/>
              </w:rPr>
              <w:t xml:space="preserve">  A • Format SM (227 mm maximum, cadre compris) : 250 € / 2 œuvres</w:t>
            </w:r>
          </w:p>
          <w:p w14:paraId="2F6F34BE" w14:textId="77777777" w:rsidR="009E7B86" w:rsidRPr="00E12C24" w:rsidRDefault="00000000" w:rsidP="00E12C24">
            <w:pPr>
              <w:spacing w:after="0" w:line="240" w:lineRule="atLeast"/>
              <w:contextualSpacing/>
              <w:rPr>
                <w:sz w:val="21"/>
                <w:szCs w:val="21"/>
              </w:rPr>
            </w:pPr>
            <w:r w:rsidRPr="00E12C24">
              <w:rPr>
                <w:rFonts w:ascii="Arial Unicode MS" w:hAnsi="Arial Unicode MS"/>
                <w:b/>
                <w:sz w:val="21"/>
                <w:szCs w:val="21"/>
              </w:rPr>
              <w:t>☐</w:t>
            </w:r>
            <w:r w:rsidRPr="00E12C24">
              <w:rPr>
                <w:sz w:val="21"/>
                <w:szCs w:val="21"/>
              </w:rPr>
              <w:t xml:space="preserve">  B • Format 8F (455 mm maximum) : 250 € / 1 œuvre</w:t>
            </w:r>
          </w:p>
          <w:p w14:paraId="584732D1" w14:textId="77777777" w:rsidR="009E7B86" w:rsidRPr="00E12C24" w:rsidRDefault="00000000" w:rsidP="00E12C24">
            <w:pPr>
              <w:spacing w:after="0" w:line="240" w:lineRule="atLeast"/>
              <w:contextualSpacing/>
              <w:rPr>
                <w:sz w:val="21"/>
                <w:szCs w:val="21"/>
              </w:rPr>
            </w:pPr>
            <w:r w:rsidRPr="00E12C24">
              <w:rPr>
                <w:rFonts w:ascii="Arial Unicode MS" w:hAnsi="Arial Unicode MS"/>
                <w:b/>
                <w:sz w:val="21"/>
                <w:szCs w:val="21"/>
              </w:rPr>
              <w:t>☐</w:t>
            </w:r>
            <w:r w:rsidRPr="00E12C24">
              <w:rPr>
                <w:sz w:val="21"/>
                <w:szCs w:val="21"/>
              </w:rPr>
              <w:t xml:space="preserve">  C • Format 10–12F (606 mm maximum) : 280 € / 1 œuvre</w:t>
            </w:r>
          </w:p>
          <w:p w14:paraId="3E7554F1" w14:textId="77777777" w:rsidR="009E7B86" w:rsidRPr="00E12C24" w:rsidRDefault="00000000" w:rsidP="00E12C24">
            <w:pPr>
              <w:spacing w:after="0" w:line="240" w:lineRule="atLeast"/>
              <w:contextualSpacing/>
              <w:rPr>
                <w:sz w:val="21"/>
                <w:szCs w:val="21"/>
              </w:rPr>
            </w:pPr>
            <w:r w:rsidRPr="00E12C24">
              <w:rPr>
                <w:rFonts w:ascii="Arial Unicode MS" w:hAnsi="Arial Unicode MS"/>
                <w:b/>
                <w:sz w:val="21"/>
                <w:szCs w:val="21"/>
              </w:rPr>
              <w:t>☐</w:t>
            </w:r>
            <w:r w:rsidRPr="00E12C24">
              <w:rPr>
                <w:sz w:val="21"/>
                <w:szCs w:val="21"/>
              </w:rPr>
              <w:t xml:space="preserve">  D • Œuvre en volume (30 × 30 cm maximum) : 250 € / 1 œuvre</w:t>
            </w:r>
          </w:p>
          <w:p w14:paraId="3648734C" w14:textId="77777777" w:rsidR="009E7B86" w:rsidRPr="00E12C24" w:rsidRDefault="00000000" w:rsidP="00E12C24">
            <w:pPr>
              <w:spacing w:after="0" w:line="240" w:lineRule="atLeast"/>
              <w:contextualSpacing/>
              <w:rPr>
                <w:sz w:val="21"/>
                <w:szCs w:val="21"/>
              </w:rPr>
            </w:pPr>
            <w:r w:rsidRPr="00E12C24">
              <w:rPr>
                <w:rFonts w:ascii="Arial Unicode MS" w:hAnsi="Arial Unicode MS"/>
                <w:b/>
                <w:sz w:val="21"/>
                <w:szCs w:val="21"/>
              </w:rPr>
              <w:t>☐</w:t>
            </w:r>
            <w:r w:rsidRPr="00E12C24">
              <w:rPr>
                <w:sz w:val="21"/>
                <w:szCs w:val="21"/>
              </w:rPr>
              <w:t xml:space="preserve">  E • Table individuelle (environ 60 cm de largeur, nombre limité) : 450 €</w:t>
            </w:r>
          </w:p>
          <w:p w14:paraId="147C0AF8" w14:textId="77777777" w:rsidR="009E7B86" w:rsidRPr="00E12C24" w:rsidRDefault="00000000" w:rsidP="00E12C24">
            <w:pPr>
              <w:spacing w:after="0" w:line="240" w:lineRule="atLeast"/>
              <w:contextualSpacing/>
              <w:rPr>
                <w:sz w:val="22"/>
              </w:rPr>
            </w:pPr>
            <w:r w:rsidRPr="00E12C24">
              <w:rPr>
                <w:i/>
                <w:sz w:val="21"/>
                <w:szCs w:val="21"/>
              </w:rPr>
              <w:t>※ réservé aux trois premières inscriptions</w:t>
            </w:r>
          </w:p>
        </w:tc>
      </w:tr>
      <w:tr w:rsidR="009E7B86" w14:paraId="62B73393" w14:textId="77777777">
        <w:trPr>
          <w:trHeight w:val="113"/>
          <w:jc w:val="center"/>
        </w:trPr>
        <w:tc>
          <w:tcPr>
            <w:tcW w:w="2891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37EEA9" w14:textId="77777777" w:rsidR="009E7B86" w:rsidRPr="00E12C24" w:rsidRDefault="00000000" w:rsidP="00E12C24">
            <w:pPr>
              <w:spacing w:after="0" w:line="240" w:lineRule="atLeast"/>
              <w:rPr>
                <w:sz w:val="22"/>
              </w:rPr>
            </w:pPr>
            <w:r w:rsidRPr="00E12C24">
              <w:rPr>
                <w:b/>
                <w:sz w:val="22"/>
              </w:rPr>
              <w:t>8. Œuvres supplémentaires</w:t>
            </w:r>
          </w:p>
        </w:tc>
        <w:tc>
          <w:tcPr>
            <w:tcW w:w="6690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E766B1" w14:textId="77777777" w:rsidR="009E7B86" w:rsidRPr="00E12C24" w:rsidRDefault="00000000" w:rsidP="00E12C24">
            <w:pPr>
              <w:spacing w:after="0" w:line="240" w:lineRule="atLeast"/>
              <w:ind w:left="57"/>
              <w:contextualSpacing/>
              <w:rPr>
                <w:sz w:val="21"/>
                <w:szCs w:val="21"/>
              </w:rPr>
            </w:pPr>
            <w:r w:rsidRPr="00E12C24">
              <w:rPr>
                <w:rFonts w:ascii="Arial Unicode MS" w:hAnsi="Arial Unicode MS"/>
                <w:b/>
                <w:sz w:val="21"/>
                <w:szCs w:val="21"/>
              </w:rPr>
              <w:t>☐</w:t>
            </w:r>
            <w:r w:rsidRPr="00E12C24">
              <w:rPr>
                <w:sz w:val="21"/>
                <w:szCs w:val="21"/>
              </w:rPr>
              <w:t xml:space="preserve">  Option A supplémentaire — format SM : 250 € / 2 œuvres</w:t>
            </w:r>
          </w:p>
          <w:p w14:paraId="3B5B4455" w14:textId="77777777" w:rsidR="009E7B86" w:rsidRPr="00E12C24" w:rsidRDefault="00000000" w:rsidP="00E12C24">
            <w:pPr>
              <w:spacing w:after="0" w:line="240" w:lineRule="atLeast"/>
              <w:ind w:left="57"/>
              <w:contextualSpacing/>
              <w:rPr>
                <w:sz w:val="21"/>
                <w:szCs w:val="21"/>
              </w:rPr>
            </w:pPr>
            <w:r w:rsidRPr="00E12C24">
              <w:rPr>
                <w:rFonts w:ascii="Arial Unicode MS" w:hAnsi="Arial Unicode MS"/>
                <w:b/>
                <w:sz w:val="21"/>
                <w:szCs w:val="21"/>
              </w:rPr>
              <w:t>☐</w:t>
            </w:r>
            <w:r w:rsidRPr="00E12C24">
              <w:rPr>
                <w:sz w:val="21"/>
                <w:szCs w:val="21"/>
              </w:rPr>
              <w:t xml:space="preserve">  Option B supplémentaire — jusqu’au format 8F : 250 € / 1 œuvre</w:t>
            </w:r>
          </w:p>
          <w:p w14:paraId="375934EA" w14:textId="77777777" w:rsidR="009E7B86" w:rsidRPr="00E12C24" w:rsidRDefault="00000000" w:rsidP="00E12C24">
            <w:pPr>
              <w:spacing w:after="0" w:line="240" w:lineRule="atLeast"/>
              <w:ind w:left="57"/>
              <w:contextualSpacing/>
              <w:rPr>
                <w:sz w:val="21"/>
                <w:szCs w:val="21"/>
              </w:rPr>
            </w:pPr>
            <w:r w:rsidRPr="00E12C24">
              <w:rPr>
                <w:rFonts w:ascii="Arial Unicode MS" w:hAnsi="Arial Unicode MS"/>
                <w:b/>
                <w:sz w:val="21"/>
                <w:szCs w:val="21"/>
              </w:rPr>
              <w:t>☐</w:t>
            </w:r>
            <w:r w:rsidRPr="00E12C24">
              <w:rPr>
                <w:sz w:val="21"/>
                <w:szCs w:val="21"/>
              </w:rPr>
              <w:t xml:space="preserve">  Option B supplémentaire — jusqu’au format 8F : 400 € / 2 œuvres</w:t>
            </w:r>
          </w:p>
          <w:p w14:paraId="744FCC26" w14:textId="77777777" w:rsidR="009E7B86" w:rsidRPr="00E12C24" w:rsidRDefault="00000000" w:rsidP="00E12C24">
            <w:pPr>
              <w:spacing w:after="0" w:line="240" w:lineRule="atLeast"/>
              <w:ind w:left="57"/>
              <w:contextualSpacing/>
              <w:rPr>
                <w:sz w:val="21"/>
                <w:szCs w:val="21"/>
              </w:rPr>
            </w:pPr>
            <w:r w:rsidRPr="00E12C24">
              <w:rPr>
                <w:rFonts w:ascii="Arial Unicode MS" w:hAnsi="Arial Unicode MS"/>
                <w:b/>
                <w:sz w:val="21"/>
                <w:szCs w:val="21"/>
              </w:rPr>
              <w:t>☐</w:t>
            </w:r>
            <w:r w:rsidRPr="00E12C24">
              <w:rPr>
                <w:sz w:val="21"/>
                <w:szCs w:val="21"/>
              </w:rPr>
              <w:t xml:space="preserve">  Option C supplémentaire — jusqu’au format 12F : 280 € / 1 œuvre</w:t>
            </w:r>
          </w:p>
          <w:p w14:paraId="3457B129" w14:textId="77777777" w:rsidR="009E7B86" w:rsidRPr="00E12C24" w:rsidRDefault="00000000" w:rsidP="00E12C24">
            <w:pPr>
              <w:spacing w:after="0" w:line="240" w:lineRule="atLeast"/>
              <w:ind w:left="57"/>
              <w:contextualSpacing/>
              <w:rPr>
                <w:sz w:val="21"/>
                <w:szCs w:val="21"/>
              </w:rPr>
            </w:pPr>
            <w:r w:rsidRPr="00E12C24">
              <w:rPr>
                <w:rFonts w:ascii="Arial Unicode MS" w:hAnsi="Arial Unicode MS"/>
                <w:b/>
                <w:sz w:val="21"/>
                <w:szCs w:val="21"/>
              </w:rPr>
              <w:t>☐</w:t>
            </w:r>
            <w:r w:rsidRPr="00E12C24">
              <w:rPr>
                <w:sz w:val="21"/>
                <w:szCs w:val="21"/>
              </w:rPr>
              <w:t xml:space="preserve">  Option C supplémentaire — jusqu’au format 12F : 500 € / 2 œuvres</w:t>
            </w:r>
          </w:p>
          <w:p w14:paraId="23344631" w14:textId="77777777" w:rsidR="009E7B86" w:rsidRPr="00E12C24" w:rsidRDefault="00000000" w:rsidP="00E12C24">
            <w:pPr>
              <w:spacing w:after="0" w:line="240" w:lineRule="atLeast"/>
              <w:ind w:left="57"/>
              <w:contextualSpacing/>
              <w:rPr>
                <w:sz w:val="21"/>
                <w:szCs w:val="21"/>
              </w:rPr>
            </w:pPr>
            <w:r w:rsidRPr="00E12C24">
              <w:rPr>
                <w:rFonts w:ascii="Arial Unicode MS" w:hAnsi="Arial Unicode MS"/>
                <w:b/>
                <w:sz w:val="21"/>
                <w:szCs w:val="21"/>
              </w:rPr>
              <w:t>☐</w:t>
            </w:r>
            <w:r w:rsidRPr="00E12C24">
              <w:rPr>
                <w:sz w:val="21"/>
                <w:szCs w:val="21"/>
              </w:rPr>
              <w:t xml:space="preserve">  Option D supplémentaire — œuvre en volume (30 × 30 cm maximum) : 250 € / 1 œuvre</w:t>
            </w:r>
          </w:p>
          <w:p w14:paraId="2775868A" w14:textId="77777777" w:rsidR="009E7B86" w:rsidRPr="00E12C24" w:rsidRDefault="00000000" w:rsidP="00E12C24">
            <w:pPr>
              <w:spacing w:after="0" w:line="240" w:lineRule="atLeast"/>
              <w:ind w:left="57"/>
              <w:contextualSpacing/>
              <w:rPr>
                <w:sz w:val="21"/>
                <w:szCs w:val="21"/>
              </w:rPr>
            </w:pPr>
            <w:r w:rsidRPr="00E12C24">
              <w:rPr>
                <w:rFonts w:ascii="Arial Unicode MS" w:hAnsi="Arial Unicode MS"/>
                <w:b/>
                <w:sz w:val="21"/>
                <w:szCs w:val="21"/>
              </w:rPr>
              <w:t>☐</w:t>
            </w:r>
            <w:r w:rsidRPr="00E12C24">
              <w:rPr>
                <w:sz w:val="21"/>
                <w:szCs w:val="21"/>
              </w:rPr>
              <w:t xml:space="preserve">  Option D supplémentaire — œuvres en volume (30 × 30 cm maximum chacune) : 400 € / 2 œuvres</w:t>
            </w:r>
          </w:p>
        </w:tc>
      </w:tr>
      <w:tr w:rsidR="009E7B86" w14:paraId="28116B85" w14:textId="77777777">
        <w:trPr>
          <w:trHeight w:val="113"/>
          <w:jc w:val="center"/>
        </w:trPr>
        <w:tc>
          <w:tcPr>
            <w:tcW w:w="2891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shd w:val="clear" w:color="auto" w:fill="F2F2F2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426745" w14:textId="77777777" w:rsidR="009E7B86" w:rsidRPr="00E12C24" w:rsidRDefault="00000000" w:rsidP="00E12C24">
            <w:pPr>
              <w:spacing w:after="0" w:line="240" w:lineRule="atLeast"/>
              <w:rPr>
                <w:sz w:val="22"/>
              </w:rPr>
            </w:pPr>
            <w:r w:rsidRPr="00E12C24">
              <w:rPr>
                <w:b/>
                <w:sz w:val="22"/>
              </w:rPr>
              <w:t>9. Mode de dépôt des œuvres</w:t>
            </w:r>
          </w:p>
        </w:tc>
        <w:tc>
          <w:tcPr>
            <w:tcW w:w="6690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9CCAFA" w14:textId="77777777" w:rsidR="009E7B86" w:rsidRPr="00E12C24" w:rsidRDefault="00000000" w:rsidP="00E12C24">
            <w:pPr>
              <w:spacing w:after="0" w:line="240" w:lineRule="atLeast"/>
              <w:ind w:left="57"/>
              <w:rPr>
                <w:sz w:val="21"/>
                <w:szCs w:val="21"/>
              </w:rPr>
            </w:pPr>
            <w:r w:rsidRPr="00E12C24">
              <w:rPr>
                <w:rFonts w:ascii="Arial Unicode MS" w:hAnsi="Arial Unicode MS"/>
                <w:b/>
                <w:sz w:val="21"/>
                <w:szCs w:val="21"/>
              </w:rPr>
              <w:t>☐</w:t>
            </w:r>
            <w:r w:rsidRPr="00E12C24">
              <w:rPr>
                <w:sz w:val="21"/>
                <w:szCs w:val="21"/>
              </w:rPr>
              <w:t xml:space="preserve">  Dépôt personnel sur le lieu d’exposition (le 26 novembre 2026, de 9 h 00 à 13 h 00)</w:t>
            </w:r>
          </w:p>
          <w:p w14:paraId="2E23A22D" w14:textId="77777777" w:rsidR="009E7B86" w:rsidRPr="00E12C24" w:rsidRDefault="00000000" w:rsidP="00E12C24">
            <w:pPr>
              <w:spacing w:after="0" w:line="240" w:lineRule="atLeast"/>
              <w:ind w:left="57"/>
              <w:rPr>
                <w:sz w:val="21"/>
                <w:szCs w:val="21"/>
              </w:rPr>
            </w:pPr>
            <w:r w:rsidRPr="00E12C24">
              <w:rPr>
                <w:rFonts w:ascii="Arial Unicode MS" w:hAnsi="Arial Unicode MS"/>
                <w:b/>
                <w:sz w:val="21"/>
                <w:szCs w:val="21"/>
              </w:rPr>
              <w:t>☐</w:t>
            </w:r>
            <w:r w:rsidRPr="00E12C24">
              <w:rPr>
                <w:sz w:val="21"/>
                <w:szCs w:val="21"/>
              </w:rPr>
              <w:t xml:space="preserve">  Envoi à l’association ARTEC (ou par EMS / service de livraison)</w:t>
            </w:r>
          </w:p>
        </w:tc>
      </w:tr>
      <w:tr w:rsidR="009E7B86" w14:paraId="7950AB05" w14:textId="77777777">
        <w:trPr>
          <w:trHeight w:val="113"/>
          <w:jc w:val="center"/>
        </w:trPr>
        <w:tc>
          <w:tcPr>
            <w:tcW w:w="2891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shd w:val="clear" w:color="auto" w:fill="F2F2F2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56989F" w14:textId="77777777" w:rsidR="009E7B86" w:rsidRPr="00E12C24" w:rsidRDefault="00000000" w:rsidP="00E12C24">
            <w:pPr>
              <w:spacing w:after="0" w:line="240" w:lineRule="atLeast"/>
              <w:rPr>
                <w:sz w:val="22"/>
              </w:rPr>
            </w:pPr>
            <w:r w:rsidRPr="00E12C24">
              <w:rPr>
                <w:b/>
                <w:sz w:val="22"/>
              </w:rPr>
              <w:t>10. Mode de restitution des œuvres</w:t>
            </w:r>
          </w:p>
        </w:tc>
        <w:tc>
          <w:tcPr>
            <w:tcW w:w="6690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C2147D" w14:textId="77777777" w:rsidR="009E7B86" w:rsidRPr="00E12C24" w:rsidRDefault="00000000" w:rsidP="00E12C24">
            <w:pPr>
              <w:spacing w:after="0" w:line="240" w:lineRule="atLeast"/>
              <w:ind w:left="57"/>
              <w:rPr>
                <w:sz w:val="21"/>
                <w:szCs w:val="21"/>
              </w:rPr>
            </w:pPr>
            <w:r w:rsidRPr="00E12C24">
              <w:rPr>
                <w:rFonts w:ascii="Arial Unicode MS" w:hAnsi="Arial Unicode MS"/>
                <w:b/>
                <w:sz w:val="21"/>
                <w:szCs w:val="21"/>
              </w:rPr>
              <w:t>☐</w:t>
            </w:r>
            <w:r w:rsidRPr="00E12C24">
              <w:rPr>
                <w:sz w:val="21"/>
                <w:szCs w:val="21"/>
              </w:rPr>
              <w:t xml:space="preserve">  Retrait personnel sur le lieu d’exposition (jusqu’au 30 novembre 2026 à 15 h 00)</w:t>
            </w:r>
          </w:p>
          <w:p w14:paraId="6B98F81E" w14:textId="77777777" w:rsidR="009E7B86" w:rsidRPr="00E12C24" w:rsidRDefault="00000000" w:rsidP="00E12C24">
            <w:pPr>
              <w:spacing w:after="0" w:line="240" w:lineRule="atLeast"/>
              <w:ind w:left="57"/>
              <w:rPr>
                <w:sz w:val="21"/>
                <w:szCs w:val="21"/>
              </w:rPr>
            </w:pPr>
            <w:r w:rsidRPr="00E12C24">
              <w:rPr>
                <w:rFonts w:ascii="Arial Unicode MS" w:hAnsi="Arial Unicode MS"/>
                <w:b/>
                <w:sz w:val="21"/>
                <w:szCs w:val="21"/>
              </w:rPr>
              <w:t>☐</w:t>
            </w:r>
            <w:r w:rsidRPr="00E12C24">
              <w:rPr>
                <w:sz w:val="21"/>
                <w:szCs w:val="21"/>
              </w:rPr>
              <w:t xml:space="preserve">  Retour par l’association ARTEC, par voie postale ou EMS</w:t>
            </w:r>
          </w:p>
          <w:p w14:paraId="667388B6" w14:textId="77777777" w:rsidR="009E7B86" w:rsidRPr="00E12C24" w:rsidRDefault="00000000" w:rsidP="00E12C24">
            <w:pPr>
              <w:spacing w:after="0" w:line="240" w:lineRule="atLeast"/>
              <w:rPr>
                <w:sz w:val="22"/>
              </w:rPr>
            </w:pPr>
            <w:r w:rsidRPr="00E12C24">
              <w:rPr>
                <w:i/>
                <w:sz w:val="21"/>
                <w:szCs w:val="21"/>
              </w:rPr>
              <w:t>※ Les frais de retour seront facturés.</w:t>
            </w:r>
          </w:p>
        </w:tc>
      </w:tr>
      <w:tr w:rsidR="009E7B86" w14:paraId="535FA775" w14:textId="77777777">
        <w:trPr>
          <w:trHeight w:val="113"/>
          <w:jc w:val="center"/>
        </w:trPr>
        <w:tc>
          <w:tcPr>
            <w:tcW w:w="2891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shd w:val="clear" w:color="auto" w:fill="F2F2F2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BDD727" w14:textId="77777777" w:rsidR="009E7B86" w:rsidRPr="00E12C24" w:rsidRDefault="00000000" w:rsidP="00E12C24">
            <w:pPr>
              <w:spacing w:after="0" w:line="240" w:lineRule="atLeast"/>
              <w:rPr>
                <w:sz w:val="22"/>
              </w:rPr>
            </w:pPr>
            <w:r w:rsidRPr="00E12C24">
              <w:rPr>
                <w:b/>
                <w:sz w:val="22"/>
              </w:rPr>
              <w:t>11. Mode de paiement des frais de participation</w:t>
            </w:r>
          </w:p>
        </w:tc>
        <w:tc>
          <w:tcPr>
            <w:tcW w:w="6690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68EA48" w14:textId="77777777" w:rsidR="009E7B86" w:rsidRPr="00E12C24" w:rsidRDefault="00000000" w:rsidP="00E12C24">
            <w:pPr>
              <w:spacing w:after="0" w:line="240" w:lineRule="atLeast"/>
              <w:ind w:left="57"/>
              <w:rPr>
                <w:sz w:val="21"/>
                <w:szCs w:val="21"/>
              </w:rPr>
            </w:pPr>
            <w:r w:rsidRPr="00E12C24">
              <w:rPr>
                <w:rFonts w:ascii="Arial Unicode MS" w:hAnsi="Arial Unicode MS"/>
                <w:b/>
                <w:sz w:val="21"/>
                <w:szCs w:val="21"/>
              </w:rPr>
              <w:t>☐</w:t>
            </w:r>
            <w:r w:rsidRPr="00E12C24">
              <w:rPr>
                <w:sz w:val="21"/>
                <w:szCs w:val="21"/>
              </w:rPr>
              <w:t xml:space="preserve">  Paiement sur place lors du dépôt des œuvres</w:t>
            </w:r>
          </w:p>
          <w:p w14:paraId="20F09969" w14:textId="77777777" w:rsidR="009E7B86" w:rsidRPr="00E12C24" w:rsidRDefault="00000000" w:rsidP="00E12C24">
            <w:pPr>
              <w:spacing w:after="0" w:line="240" w:lineRule="atLeast"/>
              <w:ind w:left="57"/>
              <w:rPr>
                <w:sz w:val="21"/>
                <w:szCs w:val="21"/>
              </w:rPr>
            </w:pPr>
            <w:r w:rsidRPr="00E12C24">
              <w:rPr>
                <w:rFonts w:ascii="Arial Unicode MS" w:hAnsi="Arial Unicode MS"/>
                <w:b/>
                <w:sz w:val="21"/>
                <w:szCs w:val="21"/>
              </w:rPr>
              <w:t>☐</w:t>
            </w:r>
            <w:r w:rsidRPr="00E12C24">
              <w:rPr>
                <w:sz w:val="21"/>
                <w:szCs w:val="21"/>
              </w:rPr>
              <w:t xml:space="preserve">  Virement bancaire (association ARTEC)</w:t>
            </w:r>
          </w:p>
          <w:p w14:paraId="493A0F09" w14:textId="77777777" w:rsidR="009E7B86" w:rsidRPr="00E12C24" w:rsidRDefault="00000000" w:rsidP="00E12C24">
            <w:pPr>
              <w:spacing w:after="0" w:line="240" w:lineRule="atLeast"/>
              <w:ind w:left="57"/>
              <w:rPr>
                <w:sz w:val="21"/>
                <w:szCs w:val="21"/>
              </w:rPr>
            </w:pPr>
            <w:r w:rsidRPr="00E12C24">
              <w:rPr>
                <w:rFonts w:ascii="Arial Unicode MS" w:hAnsi="Arial Unicode MS"/>
                <w:b/>
                <w:sz w:val="21"/>
                <w:szCs w:val="21"/>
              </w:rPr>
              <w:t>☐</w:t>
            </w:r>
            <w:r w:rsidRPr="00E12C24">
              <w:rPr>
                <w:sz w:val="21"/>
                <w:szCs w:val="21"/>
              </w:rPr>
              <w:t xml:space="preserve">  PayPal</w:t>
            </w:r>
          </w:p>
        </w:tc>
      </w:tr>
      <w:tr w:rsidR="009E7B86" w14:paraId="160F5434" w14:textId="77777777">
        <w:trPr>
          <w:trHeight w:val="539"/>
          <w:jc w:val="center"/>
        </w:trPr>
        <w:tc>
          <w:tcPr>
            <w:tcW w:w="2891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shd w:val="clear" w:color="auto" w:fill="F2F2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7A80F85" w14:textId="77777777" w:rsidR="009E7B86" w:rsidRPr="00E12C24" w:rsidRDefault="00000000" w:rsidP="00E12C24">
            <w:pPr>
              <w:spacing w:after="0" w:line="240" w:lineRule="atLeast"/>
              <w:rPr>
                <w:sz w:val="22"/>
              </w:rPr>
            </w:pPr>
            <w:r w:rsidRPr="00E12C24">
              <w:rPr>
                <w:b/>
                <w:sz w:val="22"/>
              </w:rPr>
              <w:t>Date / Signature</w:t>
            </w:r>
          </w:p>
        </w:tc>
        <w:tc>
          <w:tcPr>
            <w:tcW w:w="6690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66695C3" w14:textId="77777777" w:rsidR="00B81F91" w:rsidRDefault="00B81F91" w:rsidP="00E12C24">
            <w:pPr>
              <w:spacing w:after="0" w:line="240" w:lineRule="atLeast"/>
              <w:rPr>
                <w:sz w:val="22"/>
              </w:rPr>
            </w:pPr>
          </w:p>
          <w:p w14:paraId="256816E4" w14:textId="1F8B847E" w:rsidR="009E7B86" w:rsidRPr="00E12C24" w:rsidRDefault="00000000" w:rsidP="00E12C24">
            <w:pPr>
              <w:spacing w:after="0" w:line="240" w:lineRule="atLeast"/>
              <w:rPr>
                <w:sz w:val="22"/>
                <w:lang w:eastAsia="ja-JP"/>
              </w:rPr>
            </w:pPr>
            <w:r w:rsidRPr="00E12C24">
              <w:rPr>
                <w:sz w:val="22"/>
              </w:rPr>
              <w:t>Date : ________________________________</w:t>
            </w:r>
          </w:p>
          <w:p w14:paraId="732209B4" w14:textId="77777777" w:rsidR="00D04420" w:rsidRDefault="00D04420" w:rsidP="00E12C24">
            <w:pPr>
              <w:spacing w:after="0" w:line="240" w:lineRule="atLeast"/>
              <w:rPr>
                <w:sz w:val="22"/>
                <w:lang w:eastAsia="ja-JP"/>
              </w:rPr>
            </w:pPr>
          </w:p>
          <w:p w14:paraId="1707D699" w14:textId="77777777" w:rsidR="00E12C24" w:rsidRPr="00E12C24" w:rsidRDefault="00E12C24" w:rsidP="00E12C24">
            <w:pPr>
              <w:spacing w:after="0" w:line="240" w:lineRule="atLeast"/>
              <w:rPr>
                <w:sz w:val="22"/>
                <w:lang w:eastAsia="ja-JP"/>
              </w:rPr>
            </w:pPr>
          </w:p>
          <w:p w14:paraId="2542FDCC" w14:textId="77777777" w:rsidR="009E7B86" w:rsidRPr="00E12C24" w:rsidRDefault="00000000" w:rsidP="00E12C24">
            <w:pPr>
              <w:spacing w:after="0" w:line="240" w:lineRule="atLeast"/>
              <w:rPr>
                <w:sz w:val="22"/>
              </w:rPr>
            </w:pPr>
            <w:r w:rsidRPr="00E12C24">
              <w:rPr>
                <w:sz w:val="22"/>
              </w:rPr>
              <w:t>Signature : ___________________________</w:t>
            </w:r>
          </w:p>
        </w:tc>
      </w:tr>
    </w:tbl>
    <w:p w14:paraId="651E013E" w14:textId="77777777" w:rsidR="00322328" w:rsidRDefault="00322328" w:rsidP="00D04420">
      <w:pPr>
        <w:spacing w:after="0" w:line="240" w:lineRule="auto"/>
        <w:rPr>
          <w:lang w:eastAsia="ja-JP"/>
        </w:rPr>
      </w:pPr>
    </w:p>
    <w:sectPr w:rsidR="00322328" w:rsidSect="00E12C24">
      <w:pgSz w:w="11900" w:h="16820"/>
      <w:pgMar w:top="397" w:right="624" w:bottom="369" w:left="624" w:header="720" w:footer="720" w:gutter="0"/>
      <w:cols w:space="720"/>
      <w:docGrid w:type="linesAndChars" w:linePitch="272" w:charSpace="-56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14395152">
    <w:abstractNumId w:val="8"/>
  </w:num>
  <w:num w:numId="2" w16cid:durableId="862747241">
    <w:abstractNumId w:val="6"/>
  </w:num>
  <w:num w:numId="3" w16cid:durableId="368455030">
    <w:abstractNumId w:val="5"/>
  </w:num>
  <w:num w:numId="4" w16cid:durableId="2061711583">
    <w:abstractNumId w:val="4"/>
  </w:num>
  <w:num w:numId="5" w16cid:durableId="1248534716">
    <w:abstractNumId w:val="7"/>
  </w:num>
  <w:num w:numId="6" w16cid:durableId="355084819">
    <w:abstractNumId w:val="3"/>
  </w:num>
  <w:num w:numId="7" w16cid:durableId="1627656547">
    <w:abstractNumId w:val="2"/>
  </w:num>
  <w:num w:numId="8" w16cid:durableId="773132479">
    <w:abstractNumId w:val="1"/>
  </w:num>
  <w:num w:numId="9" w16cid:durableId="24256632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bordersDoNotSurroundHeader/>
  <w:bordersDoNotSurroundFooter/>
  <w:defaultTabStop w:val="720"/>
  <w:drawingGridHorizontalSpacing w:val="197"/>
  <w:drawingGridVerticalSpacing w:val="136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144B"/>
    <w:rsid w:val="0015074B"/>
    <w:rsid w:val="0029639D"/>
    <w:rsid w:val="00322328"/>
    <w:rsid w:val="00326F90"/>
    <w:rsid w:val="0051353F"/>
    <w:rsid w:val="009E7B86"/>
    <w:rsid w:val="00AA1D8D"/>
    <w:rsid w:val="00B47730"/>
    <w:rsid w:val="00B81F91"/>
    <w:rsid w:val="00CB0664"/>
    <w:rsid w:val="00CF675D"/>
    <w:rsid w:val="00D04420"/>
    <w:rsid w:val="00E12C2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1B70E8"/>
  <w14:defaultImageDpi w14:val="300"/>
  <w15:docId w15:val="{051F7829-39AD-FD48-BD6A-C874B20F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321</Words>
  <Characters>1372</Characters>
  <Application>Microsoft Office Word</Application>
  <DocSecurity>0</DocSecurity>
  <Lines>60</Lines>
  <Paragraphs>37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雅 清水</cp:lastModifiedBy>
  <cp:revision>3</cp:revision>
  <cp:lastPrinted>2026-07-28T02:48:00Z</cp:lastPrinted>
  <dcterms:created xsi:type="dcterms:W3CDTF">2026-07-28T02:54:00Z</dcterms:created>
  <dcterms:modified xsi:type="dcterms:W3CDTF">2026-07-28T02:56:00Z</dcterms:modified>
  <cp:category/>
</cp:coreProperties>
</file>